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1: What's Fair? Discrimination and Human Rights</w:t>
      </w:r>
    </w:p>
    <w:p>
      <w:pPr>
        <w:spacing w:after="200"/>
        <w:jc w:val="center"/>
      </w:pPr>
      <w:r>
        <w:rPr>
          <w:b w:val="0"/>
          <w:i/>
          <w:sz w:val="20"/>
        </w:rPr>
        <w:t>5/6 Social Studies  -  Unfair by Law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In your own words, what is discrimination?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Name one human right that everyone should have.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What does it mean that a policy can have 'negative and positive legacies'? One sentence.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explain what discrimination and human rights mean.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